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STADGAR FÖR SVIT UA</w:t>
      </w:r>
    </w:p>
    <w:p>
      <w:pPr>
        <w:pStyle w:val="Heading2"/>
      </w:pPr>
      <w:r>
        <w:t>1. Föreningens namn</w:t>
      </w:r>
    </w:p>
    <w:p>
      <w:r>
        <w:t>Föreningens namn är SVIT UA. Det är en ideell, icke vinstdrivande organisation som är politiskt och religiöst obunden.</w:t>
      </w:r>
    </w:p>
    <w:p>
      <w:pPr>
        <w:pStyle w:val="Heading2"/>
      </w:pPr>
      <w:r>
        <w:t>2. Syfte och verksamhet</w:t>
      </w:r>
    </w:p>
    <w:p>
      <w:r>
        <w:t>Föreningen arbetar för att stödja ukrainare i Sverige och ge hjälp till Ukraina genom:</w:t>
      </w:r>
    </w:p>
    <w:p>
      <w:r>
        <w:t>• Integration i samhället (utbildning, sysselsättning, socialt stöd).</w:t>
      </w:r>
    </w:p>
    <w:p>
      <w:r>
        <w:t>• Volontärarbete i Sverige (stöd till utsatta grupper, evenemang för barn och vuxna).</w:t>
      </w:r>
    </w:p>
    <w:p>
      <w:r>
        <w:t>• Humanitärt bistånd till Ukraina (insamling, logistik, leverans av hjälp).</w:t>
      </w:r>
    </w:p>
    <w:p>
      <w:pPr>
        <w:pStyle w:val="Heading2"/>
      </w:pPr>
      <w:r>
        <w:t>3. Medlemskap</w:t>
      </w:r>
    </w:p>
    <w:p>
      <w:r>
        <w:t>• Medlemmar kan vara både privatpersoner och organisationer som stödjer föreningens syfte.</w:t>
      </w:r>
    </w:p>
    <w:p>
      <w:r>
        <w:t>• Medlemsavgiften är 200 kronor per år.</w:t>
      </w:r>
    </w:p>
    <w:p>
      <w:r>
        <w:t>• Medlemmar har rösträtt vid årsmötet.</w:t>
      </w:r>
    </w:p>
    <w:p>
      <w:pPr>
        <w:pStyle w:val="Heading2"/>
      </w:pPr>
      <w:r>
        <w:t>4. Organisation och styrning</w:t>
      </w:r>
    </w:p>
    <w:p>
      <w:r>
        <w:t>Föreningen styrs av:</w:t>
      </w:r>
    </w:p>
    <w:p>
      <w:r>
        <w:t>• Årsmötet – högsta beslutande organ som väljer styrelsen.</w:t>
      </w:r>
    </w:p>
    <w:p>
      <w:r>
        <w:t>• Styrelsen – minst tre personer:</w:t>
      </w:r>
    </w:p>
    <w:p>
      <w:r>
        <w:t xml:space="preserve">  - Ordförande: Anna Martynenko</w:t>
      </w:r>
    </w:p>
    <w:p>
      <w:r>
        <w:t xml:space="preserve">  - Sekreterare: Oleksii Martynenko</w:t>
      </w:r>
    </w:p>
    <w:p>
      <w:r>
        <w:t xml:space="preserve">  - Kassör: Polina Nikitina</w:t>
      </w:r>
    </w:p>
    <w:p>
      <w:r>
        <w:t>• Arbetsgrupper (vid behov) för projekt och aktiviteter.</w:t>
      </w:r>
    </w:p>
    <w:p>
      <w:pPr>
        <w:pStyle w:val="Heading2"/>
      </w:pPr>
      <w:r>
        <w:t>5. Finansiering</w:t>
      </w:r>
    </w:p>
    <w:p>
      <w:r>
        <w:t>Föreningens verksamhet finansieras genom:</w:t>
      </w:r>
    </w:p>
    <w:p>
      <w:r>
        <w:t>• Medlemsavgifter.</w:t>
      </w:r>
    </w:p>
    <w:p>
      <w:r>
        <w:t>• Bidrag från kommuner och andra institutioner.</w:t>
      </w:r>
    </w:p>
    <w:p>
      <w:r>
        <w:t>• Donationer från privatpersoner och företag.</w:t>
      </w:r>
    </w:p>
    <w:p>
      <w:r>
        <w:t>• Samarbete och sponsring från näringslivet.</w:t>
      </w:r>
    </w:p>
    <w:p>
      <w:pPr>
        <w:pStyle w:val="Heading2"/>
      </w:pPr>
      <w:r>
        <w:t>6. Användning av medel</w:t>
      </w:r>
    </w:p>
    <w:p>
      <w:r>
        <w:t>Alla medel används uteslutande för föreningens ändamål:</w:t>
      </w:r>
    </w:p>
    <w:p>
      <w:r>
        <w:t>• Organisera integrationsaktiviteter.</w:t>
      </w:r>
    </w:p>
    <w:p>
      <w:r>
        <w:t>• Stödja volontärprogram.</w:t>
      </w:r>
    </w:p>
    <w:p>
      <w:r>
        <w:t>• Ge humanitärt bistånd till Ukraina.</w:t>
      </w:r>
    </w:p>
    <w:p>
      <w:pPr>
        <w:pStyle w:val="Heading2"/>
      </w:pPr>
      <w:r>
        <w:t>7. Årsmöte</w:t>
      </w:r>
    </w:p>
    <w:p>
      <w:r>
        <w:t>• Hålls årligen.</w:t>
      </w:r>
    </w:p>
    <w:p>
      <w:r>
        <w:t>• Alla medlemmar har rätt att lägga fram förslag och rösta.</w:t>
      </w:r>
    </w:p>
    <w:p>
      <w:r>
        <w:t>• Styrelsen väljs eller omväljs.</w:t>
      </w:r>
    </w:p>
    <w:p>
      <w:pPr>
        <w:pStyle w:val="Heading2"/>
      </w:pPr>
      <w:r>
        <w:t>8. Stadgeändringar</w:t>
      </w:r>
    </w:p>
    <w:p>
      <w:r>
        <w:t>• Ändringar av stadgarna kan endast göras vid årsmötet.</w:t>
      </w:r>
    </w:p>
    <w:p>
      <w:r>
        <w:t>• Beslut kräver 2/3 majoritet av närvarande medlemmar.</w:t>
      </w:r>
    </w:p>
    <w:p>
      <w:pPr>
        <w:pStyle w:val="Heading2"/>
      </w:pPr>
      <w:r>
        <w:t>9. Upplösning av föreningen</w:t>
      </w:r>
    </w:p>
    <w:p>
      <w:r>
        <w:t>• Vid upplösning ska föreningens tillgångar skänkas till välgörande ändamål kopplade till Ukraina.</w:t>
      </w:r>
    </w:p>
    <w:p>
      <w:pPr>
        <w:pStyle w:val="Heading2"/>
      </w:pPr>
      <w:r>
        <w:t>10. Grundare och underskrifter</w:t>
      </w:r>
    </w:p>
    <w:p>
      <w:r>
        <w:t>Föreningen SVIT UA grundades av följande personer:</w:t>
      </w:r>
    </w:p>
    <w:p>
      <w:r>
        <w:t>• Anna Martynenko – Ordförande</w:t>
      </w:r>
    </w:p>
    <w:p>
      <w:r>
        <w:t>• Oleksii Martynenko – Sekreterare</w:t>
      </w:r>
    </w:p>
    <w:p>
      <w:r>
        <w:t>• Polina Nikitina – Kassör</w:t>
      </w:r>
    </w:p>
    <w:p>
      <w:r>
        <w:br/>
        <w:t>Datum och plats för underskrift:</w:t>
        <w:br/>
        <w:t>Stockholm, 2025-03-19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